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מעצבים חולצה וסמל לקבוצת 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הקשורים לעיצוב סמל וחולצה של קבוצת 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של צורות, צבעים ותנועות בכדורגל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חשיבה יצירתית סביב עיצוב ספורטיבי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ציור או סימן שמזהה את הקבוצה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בעיטה בכדור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קבוצות רבות משתמשות בבעלי חיים בסמל שלהן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כל קבוצה בוחרת צבעים 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נגיחה היא דרך מקובלת לכבוש גול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חולצה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חגיגת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שכונה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(ציור שמזהה את הקבוצה)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(תנועה שבה בועטים בכדור)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(תנועת שמחה אחרי גול)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(המקום שבו משחקים כדורגל)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יצירתית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ציור או סימן מזהה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תנועה סבירה כמו בעיטה, קפיצה או חגיגת שער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זיהוי בין חברי הקבוצה ליריבים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לקיים את הדף אחרי פעילות הציור באתר, כהשלמה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לשתף את הסמל או החולצה שציירו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לוותר על חלק הכתיבה הפתוחה לתלמידים הזקוקים לתמיכה נוספת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מעצבים חולצה וסמל לקבוצת 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מילים ורעיונות שקשורים לציור סמל, חולצה ושחקן דמיוני לקבוצת כדורגל, בדיוק כמו במשימות היצירה באתר.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חגיגת  ·  חולצה  ·  שכונה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זה סמל של קבוצת כדורגל?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סוג כדור מיוחד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ציור או סימן שמזהה את הקבוצה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שם השופט במשחק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באיזו תנועה אפשר לצייר שחקן בזמן 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ישיבה על ספה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בעיטה בכדור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שינה במיטה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סמל של קבוצה יכול לכלול ציור של בעל חיים, כמו אריה או נשר.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קבוצות הכדורגל בעולם חייבות לצבוע את החולצות שלהן באדום.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שחקן יכול לכבוש גול גם בקפיצה ונגיחה בכדור.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הסמל של הקבוצה מצויר בדרך כלל על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כשהשחקן כובש גול הוא לפעמים עושה __________ שער.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מגרש הכדורגל שמדברים עליו נמצא ב__________ שלנו.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סמל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תנועת שמחה אחרי גול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בעיטה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ציור שמזהה את הקבוצה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חגיגת שער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המקום שבו משחקים כדורגל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מגרש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תנועה שבה בועטים בכדור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זה סמל של קבוצת כדורגל?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לתנועה שאפשר לצייר של שחקן.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מעצבים חולצה וסמל לקבוצת כדורגל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