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מעצבים חולצה וסמל לקבוצת כדורגל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מושגים הקשורים לעיצוב סמל וחולצה של קבוצת 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של צורות, צבעים ותנועות בכדורגל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חשיבה יצירתית סביב עיצוב ספורטיבי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ציור או סימן שמזהה את הקבוצה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בעיטה בכדור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כדי לדעת מי שייך לאיזו 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שערים ודשא או אספלט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חגיגת שער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קבוצות רבות משתמשות בבעלי חיים בסמל שלהן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כל קבוצה בוחרת צבעים משלה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נגיחה היא דרך מקובלת לכבוש 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מגרשים שכונתיים קטנים ושונים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אלו תנועות נפוצות שאפשר לצייר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חולצה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חגיגת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צבעים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(ציור שמזהה את הקבוצה)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(תנועה שבה בועטים בכדור)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(תנועת שמחה אחרי גול)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(המקום שבו משחקים כדורגל)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(הבגדים שהשחקנים לובשים במשחק)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קריטריונים: אזכור צבעים וצורות, קשר ברור לזהות הקבוצה, מקוריות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קריטריונים: שם לקבוצה, הסבר הגיוני לבחירת הצבעים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ציור או סימן מזהה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תנועה סבירה כמו בעיטה, קפיצה או חגיגת שער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זיהוי בין חברי הקבוצה ליריבים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לקיים את הדף אחרי פעילות הציור באתר, כהשלמה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תלמידים לשתף את הסמל או החולצה שציירו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לוותר על חלק הכתיבה הפתוחה לתלמידים הזקוקים לתמיכה נוספת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מעצבים חולצה וסמל לקבוצת כדורגל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מילים פשוטות על ציור של קבוצת כדורגל - סמל, חולצה ושחקן.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סמל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ציור או סימן שמזהה קבוצה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חגיגת שער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תנועת שמחה אחרי כיבוש גול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מגרש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שבו משחקים כדורגל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בגדי הקבוצה - חולצה ומכנסיים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בעיטה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תנועה שבה בועטים בכדור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קבוצה דמיונית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קבוצה שהמצאתם בעצמכם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שחקן/ית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שמשחק/ת במשחק הכדורגל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סמל?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סוג כדור מיוחד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ציור או סימן שמזהה את הקבוצה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השופט במשחק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השחקנים בקבוצה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מציירים שחקן במשחק?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ישיבה על ספה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בעיטה בכדור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שינה במיטה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קריאת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כל הקבוצה לובשת אותו צבע?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לדעת מי שייך לאיזו קבוצה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שיהיה יפה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שהשופט יתבלבל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לזה שום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יש במגרש כדורגל?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שערים ודשא או אספלט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מיטות וכריות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מחשבים ועכברים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ספרים ומחברות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קוראים לרגע השמחה אחרי גול?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חגיגת שער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כרטיס צהוב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פסק זמן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סמל של קבוצה יכול לכלול ציור של בעל חיים, כמו אריה או נשר.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קבוצות הכדורגל בעולם חייבות לצבוע את החולצות שלהן באדום.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שחקן יכול לכבוש גול גם בקפיצה ונגיחה בכדור.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מגרש כדורגל שכונתי תמיד נראה בדיוק כמו מגרש של אצטדיון גדול.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לצייר שחקן דמיוני בתנועה של בעיטה או חגיגת שער.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הסמל של הקבוצה מצויר בדרך כלל על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כשהשחקן כובש גול הוא לפעמים עושה __________ שער.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מגרש הכדורגל שמדברים עליו נמצא ב__________ שלנו.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לפני המשחק השחקנים לובשים את ה__________ של הקבוצה.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כל קבוצה בוחרת __________ מיוחדים לחולצה שלה.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סמל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המקום שבו משחקים כדורגל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בעיטה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תנועת שמחה אחרי גול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חגיגת שער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הבגדים שהשחקנים לובשים במשחק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מגרש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תנועה שבה בועטים בכדור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ציור שמזהה את הקבוצה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במילים את הסמל שהייתם מציירים לקבוצה הדמיונית שלכם - אילו צורות, צבעים וציורים יהיו בו?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שם לקבוצה הדמיונית שלכם, ותארו למה בחרתם את הצבעים האלה לחולצה.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סמל של קבוצת כדורגל?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לתנועה שאפשר לצייר של שחקן.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שלקבוצה יהיו חולצות באותו צבע?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מעצבים חולצה וסמל לקבוצת כדורגל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