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לעיצוב סמל וחולצה של קבוצת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צורות, צבעים ותנועות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עיצוב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או סימן שמזהה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בעיטה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לדעת מי שייך לאיזו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שערים ודשא או אספלט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חגיגת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קבוצות רבות משתמשות בבעלי חיים בסמל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בוחרת צבעים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נגיחה היא דרך מקובלת לכבוש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מגרשים שכונתיים קטנים ושונים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תנועות נפוצות שאפשר לצייר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(תנועה שבה בועטים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(תנועת שמחה אחרי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(הבגדים שהשחקנים לובשים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אזכור צבעים וצורות, קשר ברור לזהות הקבוצה, מקוריות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שם לקבוצה, הסבר הגיוני לבחירת הצבעים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ציור או סימן מזהה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סבירה כמו בעיטה, קפיצה או חגיגת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בין חברי הקבוצה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הדף אחרי פעילות הציור באתר, כהשלמה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את הסמל או החולצה שציירו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הפתוחה לתלמידים הזקוקים לתמיכה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מילים ורעיונות שקשורים לציור סמל, חולצה ושחקן דמיוני לקבוצת כדורגל, בדיוק כמו במשימות היצירה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סמל של 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כדור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או סימן שמזהה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השופט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השחקנים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תנועה אפשר לצייר שחקן בזמן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ישיבה על 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במיטה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שלשחקני קבוצה יהיו חולצות באותו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מי שייך לאיזו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יפה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שהשופט יתבלבל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שום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למצוא במגרש כדורגל שכונתי?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שערים ודשא או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מיטות 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מחשבים ועכברים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ומחברות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רגע שמחה אחרי כיבוש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חגיגת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קבוצה יכול לכלול ציור של בעל חיים, כמו אריה או נשר.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קבוצות הכדורגל בעולם חייבות לצבוע את החולצות שלהן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יכול לכבוש גול גם בקפיצה ונגיחה בכדור.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שכונתי תמיד נראה בדיוק כמו מגרש של אצטדיון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שחקן דמיוני בתנועה של בעיטה או חגיגת 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הסמל של הקבוצה מצויר בדרך כלל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כשהשחקן כובש גול הוא לפעמים עושה __________ 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מגרש הכדורגל שמדברים עליו נמצא ב__________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המשחק השחקנים לובשים את ה__________ של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קבוצה בוחרת __________ מיוחדים לחולצה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תנועה שבה בועטים בכדור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שמזהה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חגיגת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הבגדים שהשחקנים לובשים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תנועת שמחה אחרי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משחקים 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את הסמל שהייתם מציירים לקבוצה הדמיונית שלכם - אילו צורות, צבעים וציורים יהיו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לקבוצה הדמיונית שלכם, ותארו למה בחרתם את הצבעים האלה לחולצה.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סמל של 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לתנועה שאפשר לצייר של שחקן.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שלקבוצה יהיו חולצות באותו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